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РЕЗЮМЕ</w:t>
      </w:r>
    </w:p>
    <w:p>
      <w:pPr>
        <w:jc w:val="center"/>
      </w:pPr>
      <w:r>
        <w:rPr>
          <w:b/>
          <w:sz w:val="30"/>
        </w:rPr>
        <w:t>КАЛЬНИЦЬКА АНГЕЛІНА ВАСИЛІВНА</w:t>
      </w:r>
    </w:p>
    <w:p>
      <w:pPr>
        <w:jc w:val="center"/>
      </w:pPr>
      <w:r>
        <w:rPr>
          <w:b/>
        </w:rPr>
        <w:t xml:space="preserve">Бажана посада: </w:t>
      </w:r>
      <w:r>
        <w:t>дистанційна робота / онлайн-спеціаліст / копірайтер</w:t>
      </w:r>
    </w:p>
    <w:p>
      <w:r>
        <w:t>📞 Телефон: 097 070 87 45</w:t>
      </w:r>
    </w:p>
    <w:p>
      <w:r>
        <w:t>📧 Email: angelinasevcuk72@gmail.com</w:t>
      </w:r>
    </w:p>
    <w:p>
      <w:r>
        <w:t>💻 Формат роботи: дистанційно, онлайн</w:t>
      </w:r>
    </w:p>
    <w:p>
      <w:r>
        <w:rPr>
          <w:b/>
          <w:sz w:val="25"/>
        </w:rPr>
        <w:t>ПРО СЕБЕ</w:t>
      </w:r>
    </w:p>
    <w:p>
      <w:r>
        <w:t>Відповідальна, комунікабельна та уважна до деталей. Швидко навчаюся новому, вмію працювати з інформацією та дотримуватися поставлених завдань. Цікавлюся роботою в онлайн-сфері, написанням текстів, перекладами та спілкуванням із клієнтами. Готова розвивати професійні навички та освоювати нові інструменти.</w:t>
      </w:r>
    </w:p>
    <w:p>
      <w:r>
        <w:rPr>
          <w:b/>
          <w:sz w:val="25"/>
        </w:rPr>
        <w:t>ДОСВІД РОБОТИ</w:t>
      </w:r>
    </w:p>
    <w:p>
      <w:r>
        <w:rPr>
          <w:b/>
        </w:rPr>
        <w:t>Бармен — 5 місяців</w:t>
      </w:r>
    </w:p>
    <w:p>
      <w:pPr>
        <w:pStyle w:val="ListBullet"/>
      </w:pPr>
      <w:r>
        <w:t>обслуговування клієнтів</w:t>
      </w:r>
    </w:p>
    <w:p>
      <w:pPr>
        <w:pStyle w:val="ListBullet"/>
      </w:pPr>
      <w:r>
        <w:t>приймання та виконання замовлень</w:t>
      </w:r>
    </w:p>
    <w:p>
      <w:pPr>
        <w:pStyle w:val="ListBullet"/>
      </w:pPr>
      <w:r>
        <w:t>комунікація з різними людьми</w:t>
      </w:r>
    </w:p>
    <w:p>
      <w:pPr>
        <w:pStyle w:val="ListBullet"/>
      </w:pPr>
      <w:r>
        <w:t>робота в швидкому темпі</w:t>
      </w:r>
    </w:p>
    <w:p>
      <w:pPr>
        <w:pStyle w:val="ListBullet"/>
      </w:pPr>
      <w:r>
        <w:t>відповідальність за якість обслуговування</w:t>
      </w:r>
    </w:p>
    <w:p>
      <w:pPr>
        <w:pStyle w:val="ListBullet"/>
      </w:pPr>
      <w:r>
        <w:t>вирішення робочих ситуацій</w:t>
      </w:r>
    </w:p>
    <w:p>
      <w:pPr>
        <w:pStyle w:val="ListBullet"/>
      </w:pPr>
      <w:r>
        <w:t>підтримання порядку на робочому місці</w:t>
      </w:r>
    </w:p>
    <w:p>
      <w:r>
        <w:rPr>
          <w:b/>
          <w:sz w:val="25"/>
        </w:rPr>
        <w:t>ПРОФЕСІЙНІ НАВИЧКИ</w:t>
      </w:r>
    </w:p>
    <w:p>
      <w:pPr>
        <w:pStyle w:val="ListBullet"/>
      </w:pPr>
      <w:r>
        <w:t>написання та редагування текстів</w:t>
      </w:r>
    </w:p>
    <w:p>
      <w:pPr>
        <w:pStyle w:val="ListBullet"/>
      </w:pPr>
      <w:r>
        <w:t>грамотне формулювання думок</w:t>
      </w:r>
    </w:p>
    <w:p>
      <w:pPr>
        <w:pStyle w:val="ListBullet"/>
      </w:pPr>
      <w:r>
        <w:t>робота з інформацією</w:t>
      </w:r>
    </w:p>
    <w:p>
      <w:pPr>
        <w:pStyle w:val="ListBullet"/>
      </w:pPr>
      <w:r>
        <w:t>переклад текстів українською та російською мовами</w:t>
      </w:r>
    </w:p>
    <w:p>
      <w:pPr>
        <w:pStyle w:val="ListBullet"/>
      </w:pPr>
      <w:r>
        <w:t>базова робота з англійською мовою</w:t>
      </w:r>
    </w:p>
    <w:p>
      <w:pPr>
        <w:pStyle w:val="ListBullet"/>
      </w:pPr>
      <w:r>
        <w:t>ведення онлайн-листування</w:t>
      </w:r>
    </w:p>
    <w:p>
      <w:pPr>
        <w:pStyle w:val="ListBullet"/>
      </w:pPr>
      <w:r>
        <w:t>спілкування з клієнтами</w:t>
      </w:r>
    </w:p>
    <w:p>
      <w:pPr>
        <w:pStyle w:val="ListBullet"/>
      </w:pPr>
      <w:r>
        <w:t>робота із соціальними мережами</w:t>
      </w:r>
    </w:p>
    <w:p>
      <w:pPr>
        <w:pStyle w:val="ListBullet"/>
      </w:pPr>
      <w:r>
        <w:t>створення описів товарів</w:t>
      </w:r>
    </w:p>
    <w:p>
      <w:pPr>
        <w:pStyle w:val="ListBullet"/>
      </w:pPr>
      <w:r>
        <w:t>написання рекламних текстів</w:t>
      </w:r>
    </w:p>
    <w:p>
      <w:pPr>
        <w:pStyle w:val="ListBullet"/>
      </w:pPr>
      <w:r>
        <w:t>уважність до деталей</w:t>
      </w:r>
    </w:p>
    <w:p>
      <w:pPr>
        <w:pStyle w:val="ListBullet"/>
      </w:pPr>
      <w:r>
        <w:t>пошук необхідної інформації</w:t>
      </w:r>
    </w:p>
    <w:p>
      <w:pPr>
        <w:pStyle w:val="ListBullet"/>
      </w:pPr>
      <w:r>
        <w:t>робота з Google Docs та онлайн-сервісами</w:t>
      </w:r>
    </w:p>
    <w:p>
      <w:pPr>
        <w:pStyle w:val="ListBullet"/>
      </w:pPr>
      <w:r>
        <w:t>швидке навчання новим програмам та платформам</w:t>
      </w:r>
    </w:p>
    <w:p>
      <w:r>
        <w:rPr>
          <w:b/>
          <w:sz w:val="25"/>
        </w:rPr>
        <w:t>ОСОБИСТІ ЯКОСТІ</w:t>
      </w:r>
    </w:p>
    <w:p>
      <w:pPr>
        <w:pStyle w:val="ListBullet"/>
      </w:pPr>
      <w:r>
        <w:t>відповідальність</w:t>
      </w:r>
    </w:p>
    <w:p>
      <w:pPr>
        <w:pStyle w:val="ListBullet"/>
      </w:pPr>
      <w:r>
        <w:t>пунктуальність</w:t>
      </w:r>
    </w:p>
    <w:p>
      <w:pPr>
        <w:pStyle w:val="ListBullet"/>
      </w:pPr>
      <w:r>
        <w:t>комунікабельність</w:t>
      </w:r>
    </w:p>
    <w:p>
      <w:pPr>
        <w:pStyle w:val="ListBullet"/>
      </w:pPr>
      <w:r>
        <w:t>уважність</w:t>
      </w:r>
    </w:p>
    <w:p>
      <w:pPr>
        <w:pStyle w:val="ListBullet"/>
      </w:pPr>
      <w:r>
        <w:t>організованість</w:t>
      </w:r>
    </w:p>
    <w:p>
      <w:pPr>
        <w:pStyle w:val="ListBullet"/>
      </w:pPr>
      <w:r>
        <w:t>креативність</w:t>
      </w:r>
    </w:p>
    <w:p>
      <w:pPr>
        <w:pStyle w:val="ListBullet"/>
      </w:pPr>
      <w:r>
        <w:t>стресостійкість</w:t>
      </w:r>
    </w:p>
    <w:p>
      <w:pPr>
        <w:pStyle w:val="ListBullet"/>
      </w:pPr>
      <w:r>
        <w:t>бажання розвиватися</w:t>
      </w:r>
    </w:p>
    <w:p>
      <w:pPr>
        <w:pStyle w:val="ListBullet"/>
      </w:pPr>
      <w:r>
        <w:t>здатність працювати самостійно</w:t>
      </w:r>
    </w:p>
    <w:p>
      <w:r>
        <w:rPr>
          <w:b/>
          <w:sz w:val="25"/>
        </w:rPr>
        <w:t>ОСВІТА</w:t>
      </w:r>
    </w:p>
    <w:p>
      <w:r>
        <w:rPr>
          <w:b/>
        </w:rPr>
        <w:t>Теплицький професійний аграрний ліцей</w:t>
      </w:r>
    </w:p>
    <w:p>
      <w:r>
        <w:t>Спеціальність: будівельний напрям.</w:t>
      </w:r>
    </w:p>
    <w:p>
      <w:r>
        <w:rPr>
          <w:b/>
          <w:sz w:val="25"/>
        </w:rPr>
        <w:t>МОВИ</w:t>
      </w:r>
    </w:p>
    <w:p>
      <w:pPr>
        <w:pStyle w:val="ListBullet"/>
      </w:pPr>
      <w:r>
        <w:t>Українська — вільно</w:t>
      </w:r>
    </w:p>
    <w:p>
      <w:pPr>
        <w:pStyle w:val="ListBullet"/>
      </w:pPr>
      <w:r>
        <w:t>Російська — вільно</w:t>
      </w:r>
    </w:p>
    <w:p>
      <w:pPr>
        <w:pStyle w:val="ListBullet"/>
      </w:pPr>
      <w:r>
        <w:t>Англійська — базовий рівень</w:t>
      </w:r>
    </w:p>
    <w:p>
      <w:r>
        <w:rPr>
          <w:b/>
          <w:sz w:val="25"/>
        </w:rPr>
        <w:t>БАЖАНИЙ ФОРМАТ РОБОТИ</w:t>
      </w:r>
    </w:p>
    <w:p>
      <w:r>
        <w:t>Дистанційна робота з можливістю працювати онлайн. Розглядаю вакансії у сфері копірайтингу, роботи з текстами, перекладів, контенту, онлайн-комунікації та підтримки клієнтів. Готова навчатися, розвиватися та опановувати нові професійні навички.</w:t>
      </w:r>
    </w:p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