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jpeg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9CF78" w14:textId="77777777" w:rsidR="00822A1D" w:rsidRDefault="00383EE0">
      <w:pPr>
        <w:spacing w:after="40"/>
      </w:pPr>
      <w:r>
        <w:rPr>
          <w:b/>
          <w:color w:val="1B365D"/>
          <w:sz w:val="48"/>
          <w:lang w:val="uk-UA"/>
        </w:rPr>
        <w:t>Т</w:t>
      </w:r>
      <w:r>
        <w:rPr>
          <w:b/>
          <w:color w:val="1B365D"/>
          <w:sz w:val="48"/>
        </w:rPr>
        <w:t>етяна Пукас</w:t>
      </w:r>
    </w:p>
    <w:p w14:paraId="59392641" w14:textId="58ECD5FD" w:rsidR="00822A1D" w:rsidRDefault="00383EE0">
      <w:pPr>
        <w:spacing w:after="240"/>
      </w:pPr>
      <w:r>
        <w:rPr>
          <w:b/>
          <w:color w:val="5C6B73"/>
          <w:sz w:val="28"/>
        </w:rPr>
        <w:t>Ко</w:t>
      </w:r>
      <w:proofErr w:type="spellStart"/>
      <w:r w:rsidR="00B27C27">
        <w:rPr>
          <w:b/>
          <w:color w:val="5C6B73"/>
          <w:sz w:val="28"/>
          <w:lang w:val="uk-UA"/>
        </w:rPr>
        <w:t>пірайтер</w:t>
      </w:r>
      <w:proofErr w:type="spellEnd"/>
      <w:r w:rsidR="008B2768">
        <w:rPr>
          <w:b/>
          <w:color w:val="5C6B73"/>
          <w:sz w:val="28"/>
          <w:lang w:val="uk-UA"/>
        </w:rPr>
        <w:t>, ко</w:t>
      </w:r>
      <w:r>
        <w:rPr>
          <w:b/>
          <w:color w:val="5C6B73"/>
          <w:sz w:val="28"/>
        </w:rPr>
        <w:t>нтент-менеджер / Спеціаліст із наповнення сайтів</w:t>
      </w:r>
      <w:r w:rsidR="00F01A15">
        <w:rPr>
          <w:b/>
          <w:color w:val="5C6B73"/>
          <w:sz w:val="28"/>
          <w:lang w:val="uk-UA"/>
        </w:rPr>
        <w:t xml:space="preserve">/ </w:t>
      </w:r>
      <w:r>
        <w:rPr>
          <w:b/>
          <w:color w:val="5C6B73"/>
          <w:sz w:val="28"/>
          <w:lang w:val="uk-UA"/>
        </w:rPr>
        <w:t>Оператор введення даних</w:t>
      </w:r>
      <w:r>
        <w:rPr>
          <w:b/>
          <w:color w:val="5C6B73"/>
          <w:sz w:val="28"/>
        </w:rPr>
        <w:t xml:space="preserve"> (віддалено)</w:t>
      </w:r>
    </w:p>
    <w:p w14:paraId="007D6887" w14:textId="53F887DA" w:rsidR="00822A1D" w:rsidRDefault="00383EE0">
      <w:pPr>
        <w:spacing w:after="360" w:line="288" w:lineRule="auto"/>
      </w:pPr>
      <w:r>
        <w:rPr>
          <w:b/>
        </w:rPr>
        <w:t xml:space="preserve">Телефон / Viber / Telegram: </w:t>
      </w:r>
      <w:r>
        <w:t xml:space="preserve">066 856 80 29  |  </w:t>
      </w:r>
      <w:r>
        <w:rPr>
          <w:b/>
        </w:rPr>
        <w:t xml:space="preserve">Email: </w:t>
      </w:r>
      <w:r>
        <w:t xml:space="preserve">tanja908@gmail.com  |  </w:t>
      </w:r>
      <w:r>
        <w:rPr>
          <w:b/>
        </w:rPr>
        <w:t xml:space="preserve">Формат роботи: </w:t>
      </w:r>
      <w:r>
        <w:t>Віддалено (повна/часткова зайнятість, підробіток)</w:t>
      </w:r>
    </w:p>
    <w:p w14:paraId="661FBF82" w14:textId="77777777" w:rsidR="00822A1D" w:rsidRDefault="00383EE0">
      <w:pPr>
        <w:keepNext/>
        <w:pBdr>
          <w:bottom w:val="single" w:sz="6" w:space="4" w:color="1B365D"/>
        </w:pBdr>
        <w:spacing w:before="280" w:after="120"/>
      </w:pPr>
      <w:r>
        <w:rPr>
          <w:b/>
          <w:color w:val="1B365D"/>
          <w:sz w:val="24"/>
        </w:rPr>
        <w:t>ПРОФЕСІЙНА МЕТА</w:t>
      </w:r>
    </w:p>
    <w:p w14:paraId="6B02CE78" w14:textId="1D2E3C4F" w:rsidR="00822A1D" w:rsidRDefault="00383EE0">
      <w:r>
        <w:t>Досвідчений фахівець із 1</w:t>
      </w:r>
      <w:r w:rsidR="00CE2000">
        <w:rPr>
          <w:lang w:val="uk-UA"/>
        </w:rPr>
        <w:t>9</w:t>
      </w:r>
      <w:r w:rsidR="002150C4">
        <w:rPr>
          <w:lang w:val="uk-UA"/>
        </w:rPr>
        <w:t>-</w:t>
      </w:r>
      <w:r>
        <w:t>річним стажем в управлінні, організації процесів та роботі з інформацією. Маю навички адміністрування, контролю якості та створення структурованих текстів. Перехожу у сферу e-commerce та digital-контенту. Гарантую абсолютну грамотність (українська мова), точність у заповненні характеристик та чітке дотримання дедлайнів.</w:t>
      </w:r>
    </w:p>
    <w:p w14:paraId="65B7BAA4" w14:textId="77777777" w:rsidR="00822A1D" w:rsidRDefault="00383EE0">
      <w:pPr>
        <w:keepNext/>
        <w:pBdr>
          <w:bottom w:val="single" w:sz="6" w:space="4" w:color="1B365D"/>
        </w:pBdr>
        <w:spacing w:before="280" w:after="120"/>
      </w:pPr>
      <w:r>
        <w:rPr>
          <w:b/>
          <w:color w:val="1B365D"/>
          <w:sz w:val="24"/>
        </w:rPr>
        <w:t>КЛЮЧОВІ НАВИЧКИ ТА КОМПЕТЕНЦІЇ</w:t>
      </w:r>
    </w:p>
    <w:p w14:paraId="548018BE" w14:textId="77777777" w:rsidR="00822A1D" w:rsidRDefault="00383EE0">
      <w:pPr>
        <w:pStyle w:val="a0"/>
        <w:spacing w:after="60"/>
      </w:pPr>
      <w:r>
        <w:t>Високий рівень цифрової грамотності: впевнена робота з MS Office (Word, Excel), Google Документами та Таблицями.</w:t>
      </w:r>
    </w:p>
    <w:p w14:paraId="514211D4" w14:textId="77777777" w:rsidR="00822A1D" w:rsidRDefault="00383EE0">
      <w:pPr>
        <w:pStyle w:val="a0"/>
        <w:spacing w:after="60"/>
      </w:pPr>
      <w:r>
        <w:t>Експертне володіння українською мовою: написання, рерайтинг, редагування та професійна вичитка текстів (описів товарів).</w:t>
      </w:r>
    </w:p>
    <w:p w14:paraId="6EB2E5ED" w14:textId="77777777" w:rsidR="00822A1D" w:rsidRDefault="00383EE0">
      <w:pPr>
        <w:pStyle w:val="a0"/>
        <w:spacing w:after="60"/>
      </w:pPr>
      <w:r>
        <w:t>Робота з інформацією: швидкий пошук, аналіз, структурування та систематизація великих масивів даних.</w:t>
      </w:r>
    </w:p>
    <w:p w14:paraId="602BB539" w14:textId="77777777" w:rsidR="00822A1D" w:rsidRDefault="00383EE0">
      <w:pPr>
        <w:pStyle w:val="a0"/>
        <w:spacing w:after="60"/>
      </w:pPr>
      <w:r>
        <w:t>SMM та комунікації: досвід успішного ведення соціальних мереж, модерації спільнот та професійної роботи в месенджерах.</w:t>
      </w:r>
    </w:p>
    <w:p w14:paraId="07D43CC7" w14:textId="77777777" w:rsidR="00822A1D" w:rsidRDefault="00383EE0">
      <w:pPr>
        <w:pStyle w:val="a0"/>
        <w:spacing w:after="60"/>
      </w:pPr>
      <w:r>
        <w:t>Управлінський досвід: навички контролю якості роботи персоналу, ведення ділової та звітної документації.</w:t>
      </w:r>
    </w:p>
    <w:p w14:paraId="742C5570" w14:textId="77777777" w:rsidR="00822A1D" w:rsidRDefault="00383EE0">
      <w:pPr>
        <w:pStyle w:val="a0"/>
        <w:spacing w:after="60"/>
      </w:pPr>
      <w:r>
        <w:t>Швидке навчання: готовність за 1-2 дні опанувати будь-яку нову CMS-платформу (Prom.ua, WordPress, Хорошоп, OpenCart) за інструкцією замовника.</w:t>
      </w:r>
    </w:p>
    <w:p w14:paraId="63D69DE6" w14:textId="77777777" w:rsidR="00822A1D" w:rsidRDefault="00383EE0">
      <w:pPr>
        <w:keepNext/>
        <w:pBdr>
          <w:bottom w:val="single" w:sz="6" w:space="4" w:color="1B365D"/>
        </w:pBdr>
        <w:spacing w:before="280" w:after="120"/>
      </w:pPr>
      <w:r>
        <w:rPr>
          <w:b/>
          <w:color w:val="1B365D"/>
          <w:sz w:val="24"/>
        </w:rPr>
        <w:t>ДОСВІД РОБОТИ</w:t>
      </w:r>
    </w:p>
    <w:p w14:paraId="3B747645" w14:textId="77777777" w:rsidR="00822A1D" w:rsidRDefault="00383EE0">
      <w:pPr>
        <w:keepNext/>
        <w:spacing w:before="120" w:after="40"/>
      </w:pPr>
      <w:r>
        <w:rPr>
          <w:b/>
        </w:rPr>
        <w:t>Заступник директора з навчально-виховної роботи, вчитель географії</w:t>
      </w:r>
    </w:p>
    <w:p w14:paraId="7DE9F640" w14:textId="77777777" w:rsidR="00822A1D" w:rsidRDefault="00383EE0">
      <w:pPr>
        <w:keepNext/>
        <w:spacing w:after="80"/>
      </w:pPr>
      <w:r>
        <w:rPr>
          <w:i/>
          <w:color w:val="5C6B73"/>
        </w:rPr>
        <w:t>Загальноосвітня школа І-ІІІ ступенів  |  2014 – 2021 рр. (управлінський досвід)</w:t>
      </w:r>
    </w:p>
    <w:p w14:paraId="1398F681" w14:textId="77777777" w:rsidR="00822A1D" w:rsidRDefault="00383EE0">
      <w:pPr>
        <w:pStyle w:val="a0"/>
        <w:spacing w:after="40"/>
      </w:pPr>
      <w:r>
        <w:t>Управління, координація та контроль роботи колективу підлеглих.</w:t>
      </w:r>
    </w:p>
    <w:p w14:paraId="6E357313" w14:textId="77777777" w:rsidR="00822A1D" w:rsidRDefault="00383EE0">
      <w:pPr>
        <w:pStyle w:val="a0"/>
        <w:spacing w:after="40"/>
      </w:pPr>
      <w:r>
        <w:t>Розробка, ведення та цифровізація складної ділової документації, звітів та графіків.</w:t>
      </w:r>
    </w:p>
    <w:p w14:paraId="138C934C" w14:textId="77777777" w:rsidR="00822A1D" w:rsidRDefault="00383EE0">
      <w:pPr>
        <w:pStyle w:val="a0"/>
        <w:spacing w:after="40"/>
      </w:pPr>
      <w:r>
        <w:t>Контроль якості виконання завдань, робота в умовах багатозадачності та високої відповідальності за результат.</w:t>
      </w:r>
    </w:p>
    <w:p w14:paraId="12FB7399" w14:textId="77777777" w:rsidR="00822A1D" w:rsidRDefault="00383EE0">
      <w:pPr>
        <w:keepNext/>
        <w:spacing w:before="120" w:after="40"/>
      </w:pPr>
      <w:r>
        <w:rPr>
          <w:b/>
        </w:rPr>
        <w:t>Вчитель географії</w:t>
      </w:r>
    </w:p>
    <w:p w14:paraId="538E75C5" w14:textId="23728693" w:rsidR="00822A1D" w:rsidRDefault="00383EE0">
      <w:pPr>
        <w:keepNext/>
        <w:spacing w:after="80"/>
      </w:pPr>
      <w:r>
        <w:rPr>
          <w:i/>
          <w:color w:val="5C6B73"/>
        </w:rPr>
        <w:t>Загальноосвітня школа І-ІІІ ступенів  |  2007 – 202</w:t>
      </w:r>
      <w:r w:rsidR="00817DB2">
        <w:rPr>
          <w:i/>
          <w:color w:val="5C6B73"/>
          <w:lang w:val="uk-UA"/>
        </w:rPr>
        <w:t>6</w:t>
      </w:r>
      <w:r>
        <w:rPr>
          <w:i/>
          <w:color w:val="5C6B73"/>
        </w:rPr>
        <w:t>рр. (загальний стаж 1</w:t>
      </w:r>
      <w:r w:rsidR="00D265DE">
        <w:rPr>
          <w:i/>
          <w:color w:val="5C6B73"/>
          <w:lang w:val="uk-UA"/>
        </w:rPr>
        <w:t>9</w:t>
      </w:r>
      <w:r>
        <w:rPr>
          <w:i/>
          <w:color w:val="5C6B73"/>
        </w:rPr>
        <w:t xml:space="preserve"> років)</w:t>
      </w:r>
    </w:p>
    <w:p w14:paraId="1B48E175" w14:textId="77777777" w:rsidR="00822A1D" w:rsidRDefault="00383EE0">
      <w:pPr>
        <w:pStyle w:val="a0"/>
        <w:spacing w:after="40"/>
      </w:pPr>
      <w:r>
        <w:t>Підготовка та структурування великих обсягів інформації, публічні виступи та презентації.</w:t>
      </w:r>
    </w:p>
    <w:p w14:paraId="55FE05A4" w14:textId="77777777" w:rsidR="00822A1D" w:rsidRDefault="00383EE0">
      <w:pPr>
        <w:pStyle w:val="a0"/>
        <w:spacing w:after="40"/>
      </w:pPr>
      <w:r>
        <w:t>Створення навчального контенту, методичних матеріалів та робота з комп'ютерними програмами.</w:t>
      </w:r>
    </w:p>
    <w:p w14:paraId="0D2B5101" w14:textId="77777777" w:rsidR="00822A1D" w:rsidRDefault="00383EE0">
      <w:pPr>
        <w:pStyle w:val="a0"/>
        <w:spacing w:after="40"/>
      </w:pPr>
      <w:r>
        <w:t>Розвиток системного мислення, робота з картами, базами даних та аналітичними матеріалами.</w:t>
      </w:r>
    </w:p>
    <w:p w14:paraId="51CF4078" w14:textId="77777777" w:rsidR="00822A1D" w:rsidRDefault="00383EE0">
      <w:pPr>
        <w:keepNext/>
        <w:pBdr>
          <w:bottom w:val="single" w:sz="6" w:space="4" w:color="1B365D"/>
        </w:pBdr>
        <w:spacing w:before="280" w:after="120"/>
      </w:pPr>
      <w:r>
        <w:rPr>
          <w:b/>
          <w:color w:val="1B365D"/>
          <w:sz w:val="24"/>
        </w:rPr>
        <w:t>ОСВІТА</w:t>
      </w:r>
    </w:p>
    <w:p w14:paraId="16E922C6" w14:textId="77777777" w:rsidR="00822A1D" w:rsidRDefault="00383EE0">
      <w:pPr>
        <w:spacing w:after="40"/>
      </w:pPr>
      <w:r>
        <w:rPr>
          <w:b/>
        </w:rPr>
        <w:t>Волинський державний університет ім. Лесі Українки</w:t>
      </w:r>
    </w:p>
    <w:p w14:paraId="08E7BDFB" w14:textId="77777777" w:rsidR="00822A1D" w:rsidRDefault="00383EE0">
      <w:pPr>
        <w:spacing w:after="160"/>
      </w:pPr>
      <w:r>
        <w:rPr>
          <w:color w:val="5C6B73"/>
        </w:rPr>
        <w:t>Спеціальність: Географ, викладач географії  |  2003 – 2007 рр.</w:t>
      </w:r>
    </w:p>
    <w:p w14:paraId="3D6FF491" w14:textId="77777777" w:rsidR="00822A1D" w:rsidRDefault="00383EE0">
      <w:pPr>
        <w:keepNext/>
        <w:pBdr>
          <w:bottom w:val="single" w:sz="6" w:space="4" w:color="1B365D"/>
        </w:pBdr>
        <w:spacing w:before="280" w:after="120"/>
      </w:pPr>
      <w:r>
        <w:rPr>
          <w:b/>
          <w:color w:val="1B365D"/>
          <w:sz w:val="24"/>
        </w:rPr>
        <w:t>ОСОБИСТІ ЯКОСТІ</w:t>
      </w:r>
    </w:p>
    <w:p w14:paraId="0B0622DD" w14:textId="77777777" w:rsidR="00822A1D" w:rsidRDefault="00383EE0">
      <w:r>
        <w:t>Абсолютна відповідальність за результат, бездоганна уважність до деталей (знаходжу найменші помилки в текстах та характеристиках), висока залізна дисциплінованість, самоорганізація в умовах віддаленої роботи. Вмію працювати самостійно без постійного контролю, стресостійка, швидко сприймаю конструктивну критику.</w:t>
      </w:r>
    </w:p>
    <w:sectPr w:rsidR="00822A1D" w:rsidSect="00034616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57661672">
    <w:abstractNumId w:val="8"/>
  </w:num>
  <w:num w:numId="2" w16cid:durableId="1113785639">
    <w:abstractNumId w:val="6"/>
  </w:num>
  <w:num w:numId="3" w16cid:durableId="195000772">
    <w:abstractNumId w:val="5"/>
  </w:num>
  <w:num w:numId="4" w16cid:durableId="1295407088">
    <w:abstractNumId w:val="4"/>
  </w:num>
  <w:num w:numId="5" w16cid:durableId="89547781">
    <w:abstractNumId w:val="7"/>
  </w:num>
  <w:num w:numId="6" w16cid:durableId="676882492">
    <w:abstractNumId w:val="3"/>
  </w:num>
  <w:num w:numId="7" w16cid:durableId="1646935394">
    <w:abstractNumId w:val="2"/>
  </w:num>
  <w:num w:numId="8" w16cid:durableId="517668876">
    <w:abstractNumId w:val="1"/>
  </w:num>
  <w:num w:numId="9" w16cid:durableId="640620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150C4"/>
    <w:rsid w:val="0029639D"/>
    <w:rsid w:val="00326F90"/>
    <w:rsid w:val="00383EE0"/>
    <w:rsid w:val="003F733D"/>
    <w:rsid w:val="00494D27"/>
    <w:rsid w:val="004C4198"/>
    <w:rsid w:val="007E47F9"/>
    <w:rsid w:val="00817DB2"/>
    <w:rsid w:val="00822A1D"/>
    <w:rsid w:val="008B2768"/>
    <w:rsid w:val="009C7F03"/>
    <w:rsid w:val="00AA1D8D"/>
    <w:rsid w:val="00B27C27"/>
    <w:rsid w:val="00B47730"/>
    <w:rsid w:val="00CB0664"/>
    <w:rsid w:val="00CE2000"/>
    <w:rsid w:val="00D265DE"/>
    <w:rsid w:val="00D75B28"/>
    <w:rsid w:val="00D864C0"/>
    <w:rsid w:val="00F01A1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126CD3"/>
  <w14:defaultImageDpi w14:val="300"/>
  <w15:docId w15:val="{782FB8CF-1704-DE48-AEDF-425F0500B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hAnsi="Arial"/>
      <w:color w:val="333333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і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і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і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и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и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и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у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Цитата Знак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Насичена цитата Знак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7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37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51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61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12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8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38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42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52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62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3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2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9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43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53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63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4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10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20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30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0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a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10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20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30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40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50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60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7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11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21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31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41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b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1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21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31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41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51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61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1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22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2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2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c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1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22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32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42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52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62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10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20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30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40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50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60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9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2d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3b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4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54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64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a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e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3c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5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5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65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b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f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3d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6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56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c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2f0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3e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7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57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67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1652</Words>
  <Characters>942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Тетяна Пукас</cp:lastModifiedBy>
  <cp:revision>2</cp:revision>
  <dcterms:created xsi:type="dcterms:W3CDTF">2026-08-24T07:29:00Z</dcterms:created>
  <dcterms:modified xsi:type="dcterms:W3CDTF">2026-08-24T07:29:00Z</dcterms:modified>
  <cp:category/>
</cp:coreProperties>
</file>